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188" w:rsidRDefault="008D5347">
      <w:pPr>
        <w:spacing w:after="20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65CC1AB" wp14:editId="6F7E99CE">
            <wp:simplePos x="0" y="0"/>
            <wp:positionH relativeFrom="column">
              <wp:posOffset>570230</wp:posOffset>
            </wp:positionH>
            <wp:positionV relativeFrom="paragraph">
              <wp:posOffset>57785</wp:posOffset>
            </wp:positionV>
            <wp:extent cx="752475" cy="558800"/>
            <wp:effectExtent l="0" t="0" r="9525" b="0"/>
            <wp:wrapNone/>
            <wp:docPr id="9" name="Logo 4" descr="ch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ogo 4" descr="chap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8D76B55" wp14:editId="0B3D677C">
            <wp:simplePos x="0" y="0"/>
            <wp:positionH relativeFrom="column">
              <wp:posOffset>6006465</wp:posOffset>
            </wp:positionH>
            <wp:positionV relativeFrom="paragraph">
              <wp:posOffset>-130175</wp:posOffset>
            </wp:positionV>
            <wp:extent cx="860822" cy="777240"/>
            <wp:effectExtent l="0" t="0" r="0" b="3810"/>
            <wp:wrapNone/>
            <wp:docPr id="5" name="Logo 2" descr="u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2" descr="uos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60822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DB7BE16" wp14:editId="1D043B1E">
            <wp:simplePos x="0" y="0"/>
            <wp:positionH relativeFrom="column">
              <wp:posOffset>5381625</wp:posOffset>
            </wp:positionH>
            <wp:positionV relativeFrom="paragraph">
              <wp:posOffset>-76835</wp:posOffset>
            </wp:positionV>
            <wp:extent cx="626110" cy="622935"/>
            <wp:effectExtent l="114300" t="57150" r="78740" b="139065"/>
            <wp:wrapNone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62293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B567B7F" wp14:editId="3FCCA668">
            <wp:simplePos x="0" y="0"/>
            <wp:positionH relativeFrom="column">
              <wp:posOffset>-236855</wp:posOffset>
            </wp:positionH>
            <wp:positionV relativeFrom="paragraph">
              <wp:posOffset>-59055</wp:posOffset>
            </wp:positionV>
            <wp:extent cx="768350" cy="706120"/>
            <wp:effectExtent l="0" t="0" r="0" b="0"/>
            <wp:wrapNone/>
            <wp:docPr id="3" name="Logo 1" descr="se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1" descr="seal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8350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1E2D">
        <w:rPr>
          <w:b/>
          <w:color w:val="174D3A"/>
          <w:sz w:val="20"/>
        </w:rPr>
        <w:t>NATIONAL CENTRE OF EXCELLENCE IN ANALYTICAL CHEMISTRY</w:t>
      </w:r>
    </w:p>
    <w:p w:rsidR="00C00188" w:rsidRDefault="008B1E2D">
      <w:pPr>
        <w:spacing w:after="20"/>
        <w:jc w:val="center"/>
      </w:pPr>
      <w:r>
        <w:rPr>
          <w:b/>
          <w:color w:val="5B6570"/>
          <w:sz w:val="18"/>
        </w:rPr>
        <w:t>UNIVERSITY OF SINDH, JAMSHORO</w:t>
      </w:r>
    </w:p>
    <w:p w:rsidR="00C00188" w:rsidRDefault="008D5347">
      <w:pPr>
        <w:pStyle w:val="Title"/>
        <w:spacing w:before="80" w:after="20"/>
        <w:jc w:val="center"/>
      </w:pPr>
      <w:r>
        <w:t xml:space="preserve"> </w:t>
      </w:r>
      <w:r w:rsidR="008B1E2D">
        <w:t>ABSTRACT SUBMISSION TEMPLATE</w:t>
      </w:r>
    </w:p>
    <w:p w:rsidR="00C00188" w:rsidRDefault="008B1E2D">
      <w:pPr>
        <w:spacing w:after="40"/>
        <w:jc w:val="center"/>
      </w:pPr>
      <w:r>
        <w:rPr>
          <w:b/>
          <w:color w:val="174D3A"/>
          <w:sz w:val="20"/>
        </w:rPr>
        <w:t>Poster Presentation Competition | NCEAC @ 50 &amp; ACS @ 150</w:t>
      </w:r>
    </w:p>
    <w:p w:rsidR="00C00188" w:rsidRDefault="008B1E2D">
      <w:pPr>
        <w:spacing w:after="100"/>
        <w:jc w:val="center"/>
      </w:pPr>
      <w:r>
        <w:rPr>
          <w:i/>
          <w:sz w:val="18"/>
        </w:rPr>
        <w:t xml:space="preserve">“Innovating for a Greener Future: Green Chemistry Solutions for Sustainable </w:t>
      </w:r>
      <w:r>
        <w:rPr>
          <w:i/>
          <w:sz w:val="18"/>
        </w:rPr>
        <w:t>Development”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95"/>
        <w:gridCol w:w="5095"/>
      </w:tblGrid>
      <w:tr w:rsidR="00C00188" w:rsidTr="00D91983">
        <w:trPr>
          <w:trHeight w:val="379"/>
          <w:jc w:val="center"/>
        </w:trPr>
        <w:tc>
          <w:tcPr>
            <w:tcW w:w="5095" w:type="dxa"/>
            <w:shd w:val="clear" w:color="auto" w:fill="174D3A"/>
            <w:vAlign w:val="center"/>
          </w:tcPr>
          <w:p w:rsidR="00C00188" w:rsidRDefault="00557CEE" w:rsidP="00D91983">
            <w:pPr>
              <w:spacing w:after="20"/>
              <w:jc w:val="both"/>
            </w:pPr>
            <w:r>
              <w:rPr>
                <w:b/>
                <w:color w:val="FFFFFF"/>
                <w:sz w:val="18"/>
              </w:rPr>
              <w:t>COMPETITION DATE: 26</w:t>
            </w:r>
            <w:r w:rsidRPr="00557CEE">
              <w:rPr>
                <w:b/>
                <w:color w:val="FFFFFF"/>
                <w:sz w:val="18"/>
                <w:vertAlign w:val="superscript"/>
              </w:rPr>
              <w:t>th</w:t>
            </w:r>
            <w:r w:rsidR="008B1E2D">
              <w:rPr>
                <w:b/>
                <w:color w:val="FFFFFF"/>
                <w:sz w:val="18"/>
              </w:rPr>
              <w:t xml:space="preserve"> NOVEMBER 2026</w:t>
            </w:r>
          </w:p>
        </w:tc>
        <w:tc>
          <w:tcPr>
            <w:tcW w:w="5095" w:type="dxa"/>
            <w:shd w:val="clear" w:color="auto" w:fill="174D3A"/>
            <w:vAlign w:val="center"/>
          </w:tcPr>
          <w:p w:rsidR="00C00188" w:rsidRDefault="008B1E2D" w:rsidP="00D91983">
            <w:pPr>
              <w:spacing w:after="20"/>
              <w:jc w:val="right"/>
            </w:pPr>
            <w:r>
              <w:rPr>
                <w:b/>
                <w:color w:val="FFFFFF"/>
                <w:sz w:val="18"/>
              </w:rPr>
              <w:t>ABSTRACT LIMIT: MAXIMUM 300 WORDS</w:t>
            </w:r>
          </w:p>
        </w:tc>
      </w:tr>
    </w:tbl>
    <w:p w:rsidR="00C00188" w:rsidRDefault="00C00188">
      <w:pPr>
        <w:spacing w:after="0"/>
      </w:pPr>
    </w:p>
    <w:p w:rsidR="00C00188" w:rsidRDefault="008B1E2D">
      <w:pPr>
        <w:spacing w:after="80"/>
      </w:pPr>
      <w:r>
        <w:rPr>
          <w:b/>
          <w:color w:val="174D3A"/>
        </w:rPr>
        <w:t xml:space="preserve">INSTRUCTIONS: </w:t>
      </w:r>
      <w:r>
        <w:rPr>
          <w:sz w:val="17"/>
        </w:rPr>
        <w:t>Complete all fields. Submit the abstract in English and in Word format through the Google Form. The abstract must be original, plagiarism-free, and free of ov</w:t>
      </w:r>
      <w:r>
        <w:rPr>
          <w:sz w:val="17"/>
        </w:rPr>
        <w:t>erstated claims. Use the headings provided below: Background/Objective, Methods, Key Results, and Conclusion. Select one primary competition theme and include 3–5 keywords.</w:t>
      </w:r>
      <w:bookmarkStart w:id="0" w:name="_GoBack"/>
      <w:bookmarkEnd w:id="0"/>
    </w:p>
    <w:p w:rsidR="00DA3C39" w:rsidRDefault="00DA3C39">
      <w:pPr>
        <w:pStyle w:val="Heading1"/>
      </w:pPr>
    </w:p>
    <w:tbl>
      <w:tblPr>
        <w:tblW w:w="9428" w:type="dxa"/>
        <w:jc w:val="center"/>
        <w:tblLayout w:type="fixed"/>
        <w:tblLook w:val="0400" w:firstRow="0" w:lastRow="0" w:firstColumn="0" w:lastColumn="0" w:noHBand="0" w:noVBand="1"/>
      </w:tblPr>
      <w:tblGrid>
        <w:gridCol w:w="1489"/>
        <w:gridCol w:w="6351"/>
        <w:gridCol w:w="1588"/>
      </w:tblGrid>
      <w:tr w:rsidR="00DA3C39" w:rsidTr="00413560">
        <w:trPr>
          <w:trHeight w:val="101"/>
          <w:jc w:val="center"/>
        </w:trPr>
        <w:tc>
          <w:tcPr>
            <w:tcW w:w="1489" w:type="dxa"/>
            <w:vAlign w:val="center"/>
          </w:tcPr>
          <w:p w:rsidR="00DA3C39" w:rsidRDefault="00DA3C39" w:rsidP="000D07D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1" w:type="dxa"/>
            <w:vMerge w:val="restart"/>
            <w:vAlign w:val="center"/>
          </w:tcPr>
          <w:p w:rsidR="00DA3C39" w:rsidRDefault="00DA3C39" w:rsidP="000D07D9">
            <w:pPr>
              <w:jc w:val="center"/>
              <w:rPr>
                <w:b/>
              </w:rPr>
            </w:pPr>
          </w:p>
        </w:tc>
        <w:tc>
          <w:tcPr>
            <w:tcW w:w="1588" w:type="dxa"/>
            <w:vMerge w:val="restart"/>
            <w:vAlign w:val="center"/>
          </w:tcPr>
          <w:p w:rsidR="00DA3C39" w:rsidRDefault="00DA3C39" w:rsidP="000D07D9">
            <w:pPr>
              <w:jc w:val="right"/>
              <w:rPr>
                <w:b/>
              </w:rPr>
            </w:pPr>
            <w:r>
              <w:rPr>
                <w:rFonts w:ascii="Helvetica Neue" w:eastAsia="Helvetica Neue" w:hAnsi="Helvetica Neue" w:cs="Helvetica Neue"/>
                <w:noProof/>
                <w:color w:val="4D4D4D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470CD9F" wp14:editId="668D1FB5">
                      <wp:simplePos x="0" y="0"/>
                      <wp:positionH relativeFrom="column">
                        <wp:posOffset>-90805</wp:posOffset>
                      </wp:positionH>
                      <wp:positionV relativeFrom="paragraph">
                        <wp:posOffset>-53340</wp:posOffset>
                      </wp:positionV>
                      <wp:extent cx="638175" cy="601980"/>
                      <wp:effectExtent l="0" t="0" r="28575" b="2667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8175" cy="6019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-7.15pt;margin-top:-4.2pt;width:50.25pt;height:47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" fillcolor="#4f81bd [3204]" strokecolor="#243f60 [1604]" strokeweight="2pt"/>
                  </w:pict>
                </mc:Fallback>
              </mc:AlternateContent>
            </w:r>
          </w:p>
        </w:tc>
      </w:tr>
      <w:tr w:rsidR="00DA3C39" w:rsidTr="00413560">
        <w:trPr>
          <w:trHeight w:val="143"/>
          <w:jc w:val="center"/>
        </w:trPr>
        <w:tc>
          <w:tcPr>
            <w:tcW w:w="1489" w:type="dxa"/>
            <w:shd w:val="clear" w:color="auto" w:fill="D9D9D9"/>
          </w:tcPr>
          <w:p w:rsidR="00DA3C39" w:rsidRDefault="00DA3C39" w:rsidP="000D0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CC0033"/>
              </w:rPr>
            </w:pPr>
            <w:r>
              <w:rPr>
                <w:rFonts w:cs="Times New Roman"/>
                <w:b/>
                <w:sz w:val="20"/>
                <w:szCs w:val="20"/>
              </w:rPr>
              <w:t>NCEAC</w:t>
            </w:r>
            <w:r w:rsidR="00413560">
              <w:rPr>
                <w:rFonts w:cs="Times New Roman"/>
                <w:b/>
                <w:sz w:val="20"/>
                <w:szCs w:val="20"/>
              </w:rPr>
              <w:t>-</w:t>
            </w:r>
            <w:proofErr w:type="spellStart"/>
            <w:r w:rsidR="00413560">
              <w:rPr>
                <w:rFonts w:cs="Times New Roman"/>
                <w:b/>
                <w:sz w:val="20"/>
                <w:szCs w:val="20"/>
              </w:rPr>
              <w:t>UoS</w:t>
            </w:r>
            <w:proofErr w:type="spellEnd"/>
            <w:r>
              <w:rPr>
                <w:rFonts w:cs="Times New Roman"/>
                <w:b/>
                <w:sz w:val="20"/>
                <w:szCs w:val="20"/>
              </w:rPr>
              <w:t>/</w:t>
            </w:r>
            <w:r w:rsidR="00413560">
              <w:rPr>
                <w:rFonts w:cs="Times New Roman"/>
                <w:b/>
                <w:sz w:val="20"/>
                <w:szCs w:val="20"/>
              </w:rPr>
              <w:t>ACS</w:t>
            </w:r>
            <w:r w:rsidRPr="00847CCF">
              <w:rPr>
                <w:rFonts w:cs="Times New Roman"/>
                <w:b/>
                <w:sz w:val="20"/>
                <w:szCs w:val="20"/>
              </w:rPr>
              <w:t>2</w:t>
            </w:r>
            <w:r>
              <w:rPr>
                <w:rFonts w:cs="Times New Roman"/>
                <w:b/>
                <w:sz w:val="20"/>
                <w:szCs w:val="20"/>
              </w:rPr>
              <w:t>6</w:t>
            </w:r>
            <w:r w:rsidRPr="00847CCF">
              <w:rPr>
                <w:rFonts w:cs="Times New Roman"/>
                <w:b/>
                <w:sz w:val="20"/>
                <w:szCs w:val="20"/>
              </w:rPr>
              <w:t>-</w:t>
            </w:r>
            <w:r w:rsidR="00413560">
              <w:rPr>
                <w:rFonts w:cs="Times New Roman"/>
                <w:b/>
                <w:sz w:val="20"/>
                <w:szCs w:val="20"/>
              </w:rPr>
              <w:t>PP</w:t>
            </w:r>
            <w:r w:rsidRPr="00847CCF">
              <w:rPr>
                <w:rFonts w:cs="Times New Roman"/>
                <w:b/>
                <w:sz w:val="20"/>
                <w:szCs w:val="20"/>
              </w:rPr>
              <w:t>-</w:t>
            </w:r>
            <w:r>
              <w:rPr>
                <w:rFonts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6351" w:type="dxa"/>
            <w:vMerge/>
            <w:vAlign w:val="center"/>
          </w:tcPr>
          <w:p w:rsidR="00DA3C39" w:rsidRDefault="00DA3C39" w:rsidP="000D0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CC0033"/>
              </w:rPr>
            </w:pPr>
          </w:p>
        </w:tc>
        <w:tc>
          <w:tcPr>
            <w:tcW w:w="1588" w:type="dxa"/>
            <w:vMerge/>
            <w:vAlign w:val="center"/>
          </w:tcPr>
          <w:p w:rsidR="00DA3C39" w:rsidRDefault="00DA3C39" w:rsidP="000D0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CC0033"/>
              </w:rPr>
            </w:pPr>
          </w:p>
        </w:tc>
      </w:tr>
      <w:tr w:rsidR="00DA3C39" w:rsidTr="00413560">
        <w:trPr>
          <w:trHeight w:val="143"/>
          <w:jc w:val="center"/>
        </w:trPr>
        <w:tc>
          <w:tcPr>
            <w:tcW w:w="1489" w:type="dxa"/>
            <w:vAlign w:val="center"/>
          </w:tcPr>
          <w:p w:rsidR="00DA3C39" w:rsidRDefault="00DA3C39" w:rsidP="000D07D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1" w:type="dxa"/>
            <w:vMerge/>
            <w:vAlign w:val="center"/>
          </w:tcPr>
          <w:p w:rsidR="00DA3C39" w:rsidRDefault="00DA3C39" w:rsidP="000D0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1588" w:type="dxa"/>
            <w:vMerge/>
            <w:vAlign w:val="center"/>
          </w:tcPr>
          <w:p w:rsidR="00DA3C39" w:rsidRDefault="00DA3C39" w:rsidP="000D0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</w:tr>
    </w:tbl>
    <w:p w:rsidR="00DA3C39" w:rsidRDefault="00413560" w:rsidP="00413560">
      <w:pPr>
        <w:pStyle w:val="Heading1"/>
      </w:pPr>
      <w:r>
        <w:rPr>
          <w:rFonts w:ascii="Times New Roman" w:eastAsia="Times New Roman" w:hAnsi="Times New Roman" w:cs="Angsana New"/>
          <w:b w:val="0"/>
          <w:color w:val="auto"/>
          <w:sz w:val="18"/>
          <w:szCs w:val="24"/>
          <w:lang w:bidi="th-TH"/>
        </w:rPr>
        <w:tab/>
      </w:r>
      <w:r>
        <w:rPr>
          <w:rFonts w:ascii="Times New Roman" w:eastAsia="Times New Roman" w:hAnsi="Times New Roman" w:cs="Angsana New"/>
          <w:b w:val="0"/>
          <w:color w:val="auto"/>
          <w:sz w:val="18"/>
          <w:szCs w:val="24"/>
          <w:lang w:bidi="th-TH"/>
        </w:rPr>
        <w:tab/>
      </w:r>
      <w:r>
        <w:rPr>
          <w:rFonts w:ascii="Times New Roman" w:eastAsia="Times New Roman" w:hAnsi="Times New Roman" w:cs="Angsana New"/>
          <w:b w:val="0"/>
          <w:color w:val="auto"/>
          <w:sz w:val="18"/>
          <w:szCs w:val="24"/>
          <w:lang w:bidi="th-TH"/>
        </w:rPr>
        <w:tab/>
      </w:r>
      <w:r>
        <w:rPr>
          <w:rFonts w:ascii="Times New Roman" w:eastAsia="Times New Roman" w:hAnsi="Times New Roman" w:cs="Angsana New"/>
          <w:b w:val="0"/>
          <w:color w:val="auto"/>
          <w:sz w:val="18"/>
          <w:szCs w:val="24"/>
          <w:lang w:bidi="th-TH"/>
        </w:rPr>
        <w:tab/>
      </w:r>
      <w:r>
        <w:rPr>
          <w:rFonts w:ascii="Times New Roman" w:eastAsia="Times New Roman" w:hAnsi="Times New Roman" w:cs="Angsana New"/>
          <w:b w:val="0"/>
          <w:color w:val="auto"/>
          <w:sz w:val="18"/>
          <w:szCs w:val="24"/>
          <w:lang w:bidi="th-TH"/>
        </w:rPr>
        <w:tab/>
      </w:r>
      <w:r>
        <w:rPr>
          <w:rFonts w:ascii="Times New Roman" w:eastAsia="Times New Roman" w:hAnsi="Times New Roman" w:cs="Angsana New"/>
          <w:b w:val="0"/>
          <w:color w:val="auto"/>
          <w:sz w:val="18"/>
          <w:szCs w:val="24"/>
          <w:lang w:bidi="th-TH"/>
        </w:rPr>
        <w:tab/>
      </w:r>
      <w:r>
        <w:rPr>
          <w:rFonts w:ascii="Times New Roman" w:eastAsia="Times New Roman" w:hAnsi="Times New Roman" w:cs="Angsana New"/>
          <w:b w:val="0"/>
          <w:color w:val="auto"/>
          <w:sz w:val="18"/>
          <w:szCs w:val="24"/>
          <w:lang w:bidi="th-TH"/>
        </w:rPr>
        <w:tab/>
      </w:r>
      <w:r>
        <w:rPr>
          <w:rFonts w:ascii="Times New Roman" w:eastAsia="Times New Roman" w:hAnsi="Times New Roman" w:cs="Angsana New"/>
          <w:b w:val="0"/>
          <w:color w:val="auto"/>
          <w:sz w:val="18"/>
          <w:szCs w:val="24"/>
          <w:lang w:bidi="th-TH"/>
        </w:rPr>
        <w:tab/>
      </w:r>
      <w:r>
        <w:rPr>
          <w:rFonts w:ascii="Times New Roman" w:eastAsia="Times New Roman" w:hAnsi="Times New Roman" w:cs="Angsana New"/>
          <w:b w:val="0"/>
          <w:color w:val="auto"/>
          <w:sz w:val="18"/>
          <w:szCs w:val="24"/>
          <w:lang w:bidi="th-TH"/>
        </w:rPr>
        <w:tab/>
      </w:r>
      <w:r>
        <w:rPr>
          <w:rFonts w:ascii="Times New Roman" w:eastAsia="Times New Roman" w:hAnsi="Times New Roman" w:cs="Angsana New"/>
          <w:b w:val="0"/>
          <w:color w:val="auto"/>
          <w:sz w:val="18"/>
          <w:szCs w:val="24"/>
          <w:lang w:bidi="th-TH"/>
        </w:rPr>
        <w:tab/>
      </w:r>
      <w:r>
        <w:rPr>
          <w:rFonts w:ascii="Times New Roman" w:eastAsia="Times New Roman" w:hAnsi="Times New Roman" w:cs="Angsana New"/>
          <w:b w:val="0"/>
          <w:color w:val="auto"/>
          <w:sz w:val="18"/>
          <w:szCs w:val="24"/>
          <w:lang w:bidi="th-TH"/>
        </w:rPr>
        <w:tab/>
      </w:r>
      <w:r w:rsidRPr="00413560">
        <w:rPr>
          <w:rFonts w:ascii="Times New Roman" w:eastAsia="Times New Roman" w:hAnsi="Times New Roman" w:cs="Angsana New"/>
          <w:b w:val="0"/>
          <w:color w:val="auto"/>
          <w:sz w:val="18"/>
          <w:szCs w:val="24"/>
          <w:lang w:bidi="th-TH"/>
        </w:rPr>
        <w:t>Paste relevant SDG here</w:t>
      </w:r>
    </w:p>
    <w:p w:rsidR="00C00188" w:rsidRDefault="008B1E2D">
      <w:pPr>
        <w:pStyle w:val="Heading1"/>
      </w:pPr>
      <w:r>
        <w:t>1. TITLE, AUTHORS AND AFFILIATIONS</w:t>
      </w:r>
    </w:p>
    <w:p w:rsidR="00C00188" w:rsidRDefault="008B1E2D">
      <w:r>
        <w:rPr>
          <w:b/>
        </w:rPr>
        <w:t xml:space="preserve">Abstract title (concise and specific; use title </w:t>
      </w:r>
      <w:r>
        <w:rPr>
          <w:b/>
        </w:rPr>
        <w:t>case):</w:t>
      </w:r>
      <w:r>
        <w:br/>
        <w:t>[Type your abstract title here]</w:t>
      </w:r>
    </w:p>
    <w:p w:rsidR="00C00188" w:rsidRDefault="008B1E2D">
      <w:r>
        <w:rPr>
          <w:b/>
        </w:rPr>
        <w:t xml:space="preserve">Author(s): </w:t>
      </w:r>
      <w:r>
        <w:t xml:space="preserve">[Full name of author 1], </w:t>
      </w:r>
      <w:r>
        <w:rPr>
          <w:u w:val="single"/>
        </w:rPr>
        <w:t>[Presenting author]</w:t>
      </w:r>
      <w:r>
        <w:t>, [Full name of author 2], [Full name of author 3], ...</w:t>
      </w:r>
    </w:p>
    <w:p w:rsidR="00C00188" w:rsidRDefault="008B1E2D">
      <w:r>
        <w:rPr>
          <w:b/>
        </w:rPr>
        <w:t xml:space="preserve">Affiliations: </w:t>
      </w:r>
      <w:r>
        <w:t>[Department/Institute, University/Organization, City, Country; use superscript numbers to li</w:t>
      </w:r>
      <w:r>
        <w:t>nk authors to affiliations if needed]</w:t>
      </w:r>
    </w:p>
    <w:p w:rsidR="00C00188" w:rsidRDefault="008B1E2D">
      <w:pPr>
        <w:spacing w:after="80"/>
      </w:pPr>
      <w:r>
        <w:rPr>
          <w:b/>
        </w:rPr>
        <w:t xml:space="preserve">Corresponding email: </w:t>
      </w:r>
      <w:r>
        <w:t>[Provide a valid email address]</w:t>
      </w:r>
    </w:p>
    <w:p w:rsidR="00C00188" w:rsidRDefault="008B1E2D">
      <w:pPr>
        <w:pStyle w:val="Heading1"/>
      </w:pPr>
      <w:r>
        <w:t>2. PRIMARY COMPETITION THEME</w:t>
      </w:r>
    </w:p>
    <w:p w:rsidR="00C00188" w:rsidRDefault="008B1E2D">
      <w:pPr>
        <w:spacing w:after="20"/>
      </w:pPr>
      <w:r>
        <w:t>Select ONE primary theme and state the same theme on your poster: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C00188">
        <w:trPr>
          <w:jc w:val="center"/>
        </w:trPr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F4F7F5"/>
            <w:vAlign w:val="center"/>
          </w:tcPr>
          <w:p w:rsidR="00C00188" w:rsidRDefault="008B1E2D">
            <w:pPr>
              <w:spacing w:after="2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1. Green synthesis and sustainable catalysis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F4F7F5"/>
            <w:vAlign w:val="center"/>
          </w:tcPr>
          <w:p w:rsidR="00C00188" w:rsidRDefault="008B1E2D">
            <w:pPr>
              <w:spacing w:after="2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2. Green solvents </w:t>
            </w:r>
            <w:r>
              <w:rPr>
                <w:sz w:val="16"/>
              </w:rPr>
              <w:t>and reaction media</w:t>
            </w:r>
          </w:p>
        </w:tc>
      </w:tr>
      <w:tr w:rsidR="00C00188">
        <w:trPr>
          <w:jc w:val="center"/>
        </w:trPr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00188" w:rsidRDefault="008B1E2D">
            <w:pPr>
              <w:spacing w:after="2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3. Renewable feedstocks and biomass valorization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00188" w:rsidRDefault="008B1E2D">
            <w:pPr>
              <w:spacing w:after="2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4. Green nanotechnology and nanomaterials</w:t>
            </w:r>
          </w:p>
        </w:tc>
      </w:tr>
      <w:tr w:rsidR="00C00188">
        <w:trPr>
          <w:jc w:val="center"/>
        </w:trPr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F4F7F5"/>
            <w:vAlign w:val="center"/>
          </w:tcPr>
          <w:p w:rsidR="00C00188" w:rsidRDefault="008B1E2D">
            <w:pPr>
              <w:spacing w:after="2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5. Sustainable agriculture and agrochemicals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F4F7F5"/>
            <w:vAlign w:val="center"/>
          </w:tcPr>
          <w:p w:rsidR="00C00188" w:rsidRDefault="008B1E2D">
            <w:pPr>
              <w:spacing w:after="2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6. Environmental remediation and clean water</w:t>
            </w:r>
          </w:p>
        </w:tc>
      </w:tr>
      <w:tr w:rsidR="00C00188">
        <w:trPr>
          <w:jc w:val="center"/>
        </w:trPr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00188" w:rsidRDefault="008B1E2D">
            <w:pPr>
              <w:spacing w:after="2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7. Clean energy and energy storage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00188" w:rsidRDefault="008B1E2D">
            <w:pPr>
              <w:spacing w:after="2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</w:t>
            </w:r>
            <w:r w:rsidR="00D91983">
              <w:rPr>
                <w:sz w:val="16"/>
              </w:rPr>
              <w:t>8. CO</w:t>
            </w:r>
            <w:r w:rsidR="00D91983">
              <w:rPr>
                <w:sz w:val="16"/>
                <w:vertAlign w:val="subscript"/>
              </w:rPr>
              <w:t>2</w:t>
            </w:r>
            <w:r>
              <w:rPr>
                <w:sz w:val="16"/>
              </w:rPr>
              <w:t xml:space="preserve"> capture, utilization, and climate mitigation</w:t>
            </w:r>
          </w:p>
        </w:tc>
      </w:tr>
      <w:tr w:rsidR="00C00188">
        <w:trPr>
          <w:jc w:val="center"/>
        </w:trPr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F4F7F5"/>
            <w:vAlign w:val="center"/>
          </w:tcPr>
          <w:p w:rsidR="00C00188" w:rsidRDefault="008B1E2D">
            <w:pPr>
              <w:spacing w:after="2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9. Waste minimization and circular economy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F4F7F5"/>
            <w:vAlign w:val="center"/>
          </w:tcPr>
          <w:p w:rsidR="00C00188" w:rsidRDefault="008B1E2D">
            <w:pPr>
              <w:spacing w:after="2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10. Computational and data-driven green chemistry</w:t>
            </w:r>
          </w:p>
        </w:tc>
      </w:tr>
      <w:tr w:rsidR="00C00188">
        <w:trPr>
          <w:jc w:val="center"/>
        </w:trPr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00188" w:rsidRDefault="008B1E2D">
            <w:pPr>
              <w:spacing w:after="2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11. Green analytical chemistry and sensors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00188" w:rsidRDefault="008B1E2D">
            <w:pPr>
              <w:spacing w:after="2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12. Sustainable materials, polymers, and textiles</w:t>
            </w:r>
          </w:p>
        </w:tc>
      </w:tr>
      <w:tr w:rsidR="00C00188">
        <w:trPr>
          <w:jc w:val="center"/>
        </w:trPr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F4F7F5"/>
            <w:vAlign w:val="center"/>
          </w:tcPr>
          <w:p w:rsidR="00C00188" w:rsidRDefault="008B1E2D">
            <w:pPr>
              <w:spacing w:after="2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</w:t>
            </w:r>
            <w:r>
              <w:rPr>
                <w:sz w:val="16"/>
              </w:rPr>
              <w:t>13. Green pharmaceuticals and medicinal chemistry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F4F7F5"/>
            <w:vAlign w:val="center"/>
          </w:tcPr>
          <w:p w:rsidR="00C00188" w:rsidRDefault="008B1E2D">
            <w:pPr>
              <w:spacing w:after="2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14. Policy, education, and industrial adoption</w:t>
            </w:r>
          </w:p>
        </w:tc>
      </w:tr>
    </w:tbl>
    <w:p w:rsidR="00C00188" w:rsidRDefault="008B1E2D">
      <w:pPr>
        <w:pStyle w:val="Heading1"/>
      </w:pPr>
      <w:r>
        <w:t>3. ABSTRACT (MAXIMUM 300 WORDS)</w:t>
      </w:r>
    </w:p>
    <w:p w:rsidR="00C00188" w:rsidRDefault="008B1E2D">
      <w:pPr>
        <w:spacing w:before="40" w:after="20"/>
      </w:pPr>
      <w:r>
        <w:rPr>
          <w:b/>
          <w:color w:val="174D3A"/>
        </w:rPr>
        <w:t>Background / Objective</w:t>
      </w:r>
    </w:p>
    <w:p w:rsidR="00C00188" w:rsidRDefault="008B1E2D">
      <w:pPr>
        <w:ind w:left="173"/>
      </w:pPr>
      <w:r>
        <w:rPr>
          <w:i/>
          <w:color w:val="777777"/>
        </w:rPr>
        <w:t>[Briefly introduce the research problem, its significance, the knowledge gap, and the specific objec</w:t>
      </w:r>
      <w:r>
        <w:rPr>
          <w:i/>
          <w:color w:val="777777"/>
        </w:rPr>
        <w:t>tive(s).]</w:t>
      </w:r>
    </w:p>
    <w:p w:rsidR="00C00188" w:rsidRDefault="008B1E2D">
      <w:pPr>
        <w:spacing w:before="40" w:after="20"/>
      </w:pPr>
      <w:r>
        <w:rPr>
          <w:b/>
          <w:color w:val="174D3A"/>
        </w:rPr>
        <w:t>Methods</w:t>
      </w:r>
    </w:p>
    <w:p w:rsidR="00C00188" w:rsidRDefault="008B1E2D">
      <w:pPr>
        <w:ind w:left="173"/>
      </w:pPr>
      <w:r>
        <w:rPr>
          <w:i/>
          <w:color w:val="777777"/>
        </w:rPr>
        <w:t>[Summarize the materials, methods, experimental/computational approach, and key procedures.]</w:t>
      </w:r>
    </w:p>
    <w:p w:rsidR="00C00188" w:rsidRDefault="008B1E2D">
      <w:pPr>
        <w:spacing w:before="40" w:after="20"/>
      </w:pPr>
      <w:r>
        <w:rPr>
          <w:b/>
          <w:color w:val="174D3A"/>
        </w:rPr>
        <w:t>Key Results</w:t>
      </w:r>
    </w:p>
    <w:p w:rsidR="00C00188" w:rsidRDefault="008B1E2D">
      <w:pPr>
        <w:ind w:left="173"/>
      </w:pPr>
      <w:r>
        <w:rPr>
          <w:i/>
          <w:color w:val="777777"/>
        </w:rPr>
        <w:t xml:space="preserve">[Present the most important findings. If the work is ongoing, clearly identify preliminary results or expected outcomes; do not </w:t>
      </w:r>
      <w:r>
        <w:rPr>
          <w:i/>
          <w:color w:val="777777"/>
        </w:rPr>
        <w:t>overstate claims.]</w:t>
      </w:r>
    </w:p>
    <w:p w:rsidR="00C00188" w:rsidRDefault="008B1E2D">
      <w:pPr>
        <w:spacing w:before="40" w:after="20"/>
      </w:pPr>
      <w:r>
        <w:rPr>
          <w:b/>
          <w:color w:val="174D3A"/>
        </w:rPr>
        <w:t>Conclusion</w:t>
      </w:r>
    </w:p>
    <w:p w:rsidR="00C00188" w:rsidRDefault="008B1E2D">
      <w:pPr>
        <w:ind w:left="173"/>
      </w:pPr>
      <w:r>
        <w:rPr>
          <w:i/>
          <w:color w:val="777777"/>
        </w:rPr>
        <w:t>[State the main conclusion and explain the contribution or significance of the work for green chemistry and sustainable development.]</w:t>
      </w:r>
    </w:p>
    <w:p w:rsidR="00C00188" w:rsidRDefault="008B1E2D">
      <w:pPr>
        <w:pStyle w:val="Heading1"/>
      </w:pPr>
      <w:r>
        <w:t>4. GREEN CHEMISTRY AND SUSTAINABILITY RELEVANCE</w:t>
      </w:r>
    </w:p>
    <w:p w:rsidR="00C00188" w:rsidRDefault="008B1E2D">
      <w:pPr>
        <w:spacing w:after="40"/>
      </w:pPr>
      <w:r>
        <w:rPr>
          <w:b/>
        </w:rPr>
        <w:t xml:space="preserve">Green Chemistry principles addressed (name at least TWO): </w:t>
      </w:r>
      <w:r>
        <w:t>[e.g., waste prevention, safer solvents, energy efficiency, catalysis, renewable feedstocks, design for degradation]</w:t>
      </w:r>
    </w:p>
    <w:p w:rsidR="00C00188" w:rsidRDefault="008B1E2D">
      <w:pPr>
        <w:spacing w:after="40"/>
      </w:pPr>
      <w:r>
        <w:rPr>
          <w:b/>
        </w:rPr>
        <w:lastRenderedPageBreak/>
        <w:t xml:space="preserve">Relevant UN Sustainable Development Goal(s): </w:t>
      </w:r>
      <w:r>
        <w:t xml:space="preserve">[e.g., SDG 6, SDG 7, SDG 9, SDG 12, </w:t>
      </w:r>
      <w:r>
        <w:t>SDG 13]</w:t>
      </w:r>
    </w:p>
    <w:p w:rsidR="00C00188" w:rsidRDefault="008B1E2D">
      <w:pPr>
        <w:spacing w:after="40"/>
      </w:pPr>
      <w:r>
        <w:rPr>
          <w:b/>
        </w:rPr>
        <w:t xml:space="preserve">Green metric/evaluation (where relevant): </w:t>
      </w:r>
      <w:r>
        <w:t>[e.g., atom economy, E-factor, solvent choice, energy use, biodegradability; provide a value or brief explanation if available]</w:t>
      </w:r>
    </w:p>
    <w:p w:rsidR="00C00188" w:rsidRDefault="008B1E2D">
      <w:pPr>
        <w:pStyle w:val="Heading1"/>
      </w:pPr>
      <w:r>
        <w:t>5. KEYWORDS (3–5)</w:t>
      </w:r>
    </w:p>
    <w:p w:rsidR="00C00188" w:rsidRDefault="008B1E2D">
      <w:pPr>
        <w:spacing w:after="80"/>
      </w:pPr>
      <w:r>
        <w:t>[Keyword 1]; [Keyword 2]; [Keyword 3]; [Keyword 4]; [Keyword</w:t>
      </w:r>
      <w:r>
        <w:t xml:space="preserve"> 5]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C00188">
        <w:trPr>
          <w:jc w:val="center"/>
        </w:trPr>
        <w:tc>
          <w:tcPr>
            <w:tcW w:w="10166" w:type="dxa"/>
            <w:shd w:val="clear" w:color="auto" w:fill="EAF2ED"/>
            <w:vAlign w:val="center"/>
          </w:tcPr>
          <w:p w:rsidR="00C00188" w:rsidRDefault="008B1E2D">
            <w:pPr>
              <w:spacing w:after="20"/>
            </w:pPr>
            <w:r>
              <w:rPr>
                <w:b/>
                <w:color w:val="174D3A"/>
                <w:sz w:val="18"/>
              </w:rPr>
              <w:t>WO</w:t>
            </w:r>
            <w:r w:rsidR="00413560">
              <w:rPr>
                <w:b/>
                <w:color w:val="174D3A"/>
                <w:sz w:val="18"/>
              </w:rPr>
              <w:t xml:space="preserve">RD COUNT (abstract text only): </w:t>
            </w:r>
            <w:r>
              <w:rPr>
                <w:b/>
                <w:color w:val="174D3A"/>
                <w:sz w:val="18"/>
              </w:rPr>
              <w:t>300 words</w:t>
            </w:r>
          </w:p>
        </w:tc>
      </w:tr>
    </w:tbl>
    <w:p w:rsidR="00C00188" w:rsidRDefault="008B1E2D">
      <w:pPr>
        <w:spacing w:before="100" w:after="20"/>
      </w:pPr>
      <w:r>
        <w:rPr>
          <w:b/>
          <w:color w:val="174D3A"/>
          <w:sz w:val="18"/>
        </w:rPr>
        <w:t>AUTHOR DECLARATION</w:t>
      </w:r>
    </w:p>
    <w:p w:rsidR="00D91983" w:rsidRDefault="00D91983">
      <w:pPr>
        <w:spacing w:after="40"/>
      </w:pPr>
    </w:p>
    <w:p w:rsidR="00C00188" w:rsidRDefault="008B1E2D">
      <w:pPr>
        <w:spacing w:after="40"/>
      </w:pPr>
      <w:r>
        <w:t>I confirm that this abstract is original, that all contributors are appropriately acknowledged, and that my supervisor has approved the submission. I understand that the abstrac</w:t>
      </w:r>
      <w:r>
        <w:t>t will be reviewed by the organizing committee.</w:t>
      </w:r>
    </w:p>
    <w:p w:rsidR="00C00188" w:rsidRDefault="008B1E2D">
      <w:pPr>
        <w:spacing w:after="20"/>
      </w:pPr>
      <w:r>
        <w:t>Presenting author's name: ______________________________    Date: __________________</w:t>
      </w:r>
    </w:p>
    <w:sectPr w:rsidR="00C00188" w:rsidSect="00034616">
      <w:footerReference w:type="default" r:id="rId13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E2D" w:rsidRDefault="008B1E2D">
      <w:pPr>
        <w:spacing w:after="0" w:line="240" w:lineRule="auto"/>
      </w:pPr>
      <w:r>
        <w:separator/>
      </w:r>
    </w:p>
  </w:endnote>
  <w:endnote w:type="continuationSeparator" w:id="0">
    <w:p w:rsidR="008B1E2D" w:rsidRDefault="008B1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188" w:rsidRDefault="008B1E2D">
    <w:pPr>
      <w:pStyle w:val="Footer"/>
      <w:jc w:val="center"/>
    </w:pPr>
    <w:r>
      <w:rPr>
        <w:color w:val="5B6570"/>
        <w:sz w:val="16"/>
      </w:rPr>
      <w:t xml:space="preserve">NCEAC, University of Sindh, </w:t>
    </w:r>
    <w:proofErr w:type="gramStart"/>
    <w:r>
      <w:rPr>
        <w:color w:val="5B6570"/>
        <w:sz w:val="16"/>
      </w:rPr>
      <w:t>Jamshor</w:t>
    </w:r>
    <w:r w:rsidR="00557CEE">
      <w:rPr>
        <w:color w:val="5B6570"/>
        <w:sz w:val="16"/>
      </w:rPr>
      <w:t>o  |</w:t>
    </w:r>
    <w:proofErr w:type="gramEnd"/>
    <w:r w:rsidR="00557CEE">
      <w:rPr>
        <w:color w:val="5B6570"/>
        <w:sz w:val="16"/>
      </w:rPr>
      <w:t xml:space="preserve">  Abstract submission for 26</w:t>
    </w:r>
    <w:r>
      <w:rPr>
        <w:color w:val="5B6570"/>
        <w:sz w:val="16"/>
      </w:rPr>
      <w:t xml:space="preserve"> November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E2D" w:rsidRDefault="008B1E2D">
      <w:pPr>
        <w:spacing w:after="0" w:line="240" w:lineRule="auto"/>
      </w:pPr>
      <w:r>
        <w:separator/>
      </w:r>
    </w:p>
  </w:footnote>
  <w:footnote w:type="continuationSeparator" w:id="0">
    <w:p w:rsidR="008B1E2D" w:rsidRDefault="008B1E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7239F"/>
    <w:rsid w:val="0029639D"/>
    <w:rsid w:val="00326F90"/>
    <w:rsid w:val="00413560"/>
    <w:rsid w:val="00557CEE"/>
    <w:rsid w:val="00895C7A"/>
    <w:rsid w:val="008B1E2D"/>
    <w:rsid w:val="008D5347"/>
    <w:rsid w:val="00AA1D8D"/>
    <w:rsid w:val="00B47730"/>
    <w:rsid w:val="00BB0901"/>
    <w:rsid w:val="00C00188"/>
    <w:rsid w:val="00CB0664"/>
    <w:rsid w:val="00D91983"/>
    <w:rsid w:val="00DA3C39"/>
    <w:rsid w:val="00E505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232A27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/>
      <w:b/>
      <w:bCs/>
      <w:color w:val="174D3A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4D3A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D91983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232A27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/>
      <w:b/>
      <w:bCs/>
      <w:color w:val="174D3A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4D3A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D91983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6A2524-41E9-40D2-9FA5-BFA598950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2925</Characters>
  <Application>Microsoft Office Word</Application>
  <DocSecurity>0</DocSecurity>
  <Lines>57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Dr Huma</cp:lastModifiedBy>
  <cp:revision>4</cp:revision>
  <dcterms:created xsi:type="dcterms:W3CDTF">2026-11-02T04:55:00Z</dcterms:created>
  <dcterms:modified xsi:type="dcterms:W3CDTF">2026-11-02T08:27:00Z</dcterms:modified>
</cp:coreProperties>
</file>